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Freelancer Capacity and Project Pricing Toolkit</w:t>
      </w:r>
    </w:p>
    <w:p>
      <w:pPr>
        <w:pStyle w:val="Subtitle"/>
      </w:pPr>
      <w:r>
        <w:t>Affiliate promotional pack</w:t>
      </w:r>
    </w:p>
    <w:p>
      <w:r>
        <w:t>JVZoo product 459937  |  3 November 2026</w:t>
      </w:r>
    </w:p>
    <w:p>
      <w:r>
        <w:t>Buyer-facing Facebook, email and social copy for affiliates to adapt. Review the release status and setup instructions before using any asset.</w:t>
      </w:r>
    </w:p>
    <w:p>
      <w:pPr>
        <w:pStyle w:val="Heading1"/>
      </w:pPr>
      <w:r>
        <w:t>Release status</w:t>
      </w:r>
    </w:p>
    <w:p>
      <w:r>
        <w:t>The live sales page currently states that JVZoo compliance review is pending. These are drafts for use only after approval, working checkout and each affiliate's promotion permission are confirmed. Nothing in this pack has been published or sent.</w:t>
      </w:r>
    </w:p>
    <w:p>
      <w:pPr>
        <w:pStyle w:val="Heading1"/>
      </w:pPr>
      <w:r>
        <w:t>Who this pack is for</w:t>
      </w:r>
    </w:p>
    <w:p>
      <w:r>
        <w:t>Affiliates promoting the toolkit to freelancers, writers, designers, virtual assistants and other solo service providers. These are buyer-facing messages for affiliates to adapt, not affiliate-recruitment messages.</w:t>
      </w:r>
    </w:p>
    <w:p>
      <w:pPr>
        <w:pStyle w:val="Heading1"/>
      </w:pPr>
      <w:r>
        <w:t>Setup before use</w:t>
      </w:r>
    </w:p>
    <w:p>
      <w:pPr>
        <w:pStyle w:val="ListBullet"/>
      </w:pPr>
      <w:r>
        <w:t>Replace every [YOUR_JVZOO_AFFILIATE_LINK] with your own approved, tracked link for product 459937. Do not substitute the seller's ordinary sales-page or checkout link.</w:t>
      </w:r>
    </w:p>
    <w:p>
      <w:pPr>
        <w:pStyle w:val="ListBullet"/>
      </w:pPr>
      <w:r>
        <w:t>Replace [YOUR_NAME], [BUSINESS_NAME], [POSTAL_ADDRESS] and [UNSUBSCRIBE_LINK] in emails. Keep disclosures and the working email footer.</w:t>
      </w:r>
    </w:p>
    <w:p>
      <w:pPr>
        <w:pStyle w:val="ListBullet"/>
      </w:pPr>
      <w:r>
        <w:t>Keep claims factual. Adapt the tone without adding personal-use stories, testimonials, earnings figures, scarcity or bonuses that have not been verified and approved.</w:t>
      </w:r>
    </w:p>
    <w:p>
      <w:pPr>
        <w:pStyle w:val="ListBullet"/>
      </w:pPr>
      <w:r>
        <w:t>Price is intentionally absent from evergreen copy. Check the live checkout before adding a price, currency, refund claim or offer deadline.</w:t>
      </w:r>
    </w:p>
    <w:p>
      <w:pPr>
        <w:pStyle w:val="ListBullet"/>
      </w:pPr>
      <w:r>
        <w:t>These are alternatives, not instructions to send every message. Choose what fits your audience. Post only where promotional content is permitted and email only subscribers who have agreed to receive your marketing.</w:t>
      </w:r>
    </w:p>
    <w:p>
      <w:r>
        <w:br w:type="page"/>
      </w:r>
    </w:p>
    <w:p>
      <w:pPr>
        <w:pStyle w:val="Heading1"/>
      </w:pPr>
      <w:r>
        <w:t>Facebook posts</w:t>
      </w:r>
    </w:p>
    <w:p>
      <w:pPr>
        <w:pStyle w:val="Heading2"/>
      </w:pPr>
      <w:r>
        <w:t>1 Before the next yes</w:t>
      </w:r>
    </w:p>
    <w:p>
      <w:r>
        <w:rPr>
          <w:i/>
        </w:rPr>
        <w:t>Ad: I may earn a commission if you buy through my link.</w:t>
      </w:r>
    </w:p>
    <w:p>
      <w:r>
        <w:t>Before saying yes to another client project, check the time already committed to delivery, meetings, admin and revisions.</w:t>
      </w:r>
    </w:p>
    <w:p>
      <w:r>
        <w:t>The Freelancer Capacity and Project Pricing Toolkit is a digital workbook and calculator for reviewing workload and preparing scoped quotes. It includes capacity planning, project-time records and a repeatable weekly review.</w:t>
      </w:r>
    </w:p>
    <w:p>
      <w:r>
        <w:t>See the contents and sample workbook pages:</w:t>
      </w:r>
    </w:p>
    <w:p>
      <w:r>
        <w:t>[YOUR_JVZOO_AFFILIATE_LINK]</w:t>
      </w:r>
    </w:p>
    <w:p>
      <w:pPr>
        <w:pStyle w:val="Heading2"/>
      </w:pPr>
      <w:r>
        <w:t>2 The quote behind the quote</w:t>
      </w:r>
    </w:p>
    <w:p>
      <w:r>
        <w:rPr>
          <w:i/>
        </w:rPr>
        <w:t>Ad: I may earn a commission if you buy through my link.</w:t>
      </w:r>
    </w:p>
    <w:p>
      <w:r>
        <w:t>When you prepare a project quote, what happens if the work takes longer than expected?</w:t>
      </w:r>
    </w:p>
    <w:p>
      <w:r>
        <w:t>The Freelancer Capacity and Project Pricing Toolkit includes a quote calculator for exploring that scenario using your own assumptions, plus workbook prompts for scope, feedback and timing conversations.</w:t>
      </w:r>
    </w:p>
    <w:p>
      <w:r>
        <w:t>It's a planning resource. It doesn't send quotes to clients or guarantee the right price for every job.</w:t>
      </w:r>
    </w:p>
    <w:p>
      <w:r>
        <w:t>Take a look:</w:t>
      </w:r>
    </w:p>
    <w:p>
      <w:r>
        <w:t>[YOUR_JVZOO_AFFILIATE_LINK]</w:t>
      </w:r>
    </w:p>
    <w:p>
      <w:r>
        <w:br w:type="page"/>
      </w:r>
    </w:p>
    <w:p>
      <w:pPr>
        <w:pStyle w:val="Heading2"/>
      </w:pPr>
      <w:r>
        <w:t>3 A closer look at the download</w:t>
      </w:r>
    </w:p>
    <w:p>
      <w:r>
        <w:rPr>
          <w:i/>
        </w:rPr>
        <w:t>Ad: I may earn a commission if you buy through my link.</w:t>
      </w:r>
    </w:p>
    <w:p>
      <w:r>
        <w:t>Prefer a practical workbook you can fill in or print?</w:t>
      </w:r>
    </w:p>
    <w:p>
      <w:r>
        <w:t>The Freelancer Capacity and Project Pricing Toolkit includes:</w:t>
      </w:r>
    </w:p>
    <w:p>
      <w:pPr>
        <w:pStyle w:val="ListBullet"/>
      </w:pPr>
      <w:r>
        <w:t>A 32-page guided workbook, supplied in A4 and US Letter layouts</w:t>
      </w:r>
    </w:p>
    <w:p>
      <w:pPr>
        <w:pStyle w:val="ListBullet"/>
      </w:pPr>
      <w:r>
        <w:t>Fillable response fields and reusable decision pages</w:t>
      </w:r>
    </w:p>
    <w:p>
      <w:pPr>
        <w:pStyle w:val="ListBullet"/>
      </w:pPr>
      <w:r>
        <w:t>An XLSX calculator with Overview, Capacity, Projects and Quote tabs</w:t>
      </w:r>
    </w:p>
    <w:p>
      <w:pPr>
        <w:pStyle w:val="ListBullet"/>
      </w:pPr>
      <w:r>
        <w:t>A two-page Start Here guide</w:t>
      </w:r>
    </w:p>
    <w:p>
      <w:r>
        <w:t>The two paper sizes contain the same workbook content. You'll need a compatible PDF reader and spreadsheet software that opens and recalculates XLSX files.</w:t>
      </w:r>
    </w:p>
    <w:p>
      <w:r>
        <w:t>View the details:</w:t>
      </w:r>
    </w:p>
    <w:p>
      <w:r>
        <w:t>[YOUR_JVZOO_AFFILIATE_LINK]</w:t>
      </w:r>
    </w:p>
    <w:p>
      <w:pPr>
        <w:pStyle w:val="Heading2"/>
      </w:pPr>
      <w:r>
        <w:t>4 Count the whole project</w:t>
      </w:r>
    </w:p>
    <w:p>
      <w:r>
        <w:rPr>
          <w:i/>
        </w:rPr>
        <w:t>Ad: I may earn a commission if you buy through my link.</w:t>
      </w:r>
    </w:p>
    <w:p>
      <w:r>
        <w:t>A project-time record can include more than the hours spent producing the final work. Think meetings, messages and revisions too.</w:t>
      </w:r>
    </w:p>
    <w:p>
      <w:r>
        <w:t>The Freelancer Capacity and Project Pricing Toolkit includes prompts for recording that time and comparing project contribution per actual hour. Contribution here means revenue minus direct project costs, before owner pay, general overhead, tax and financing.</w:t>
      </w:r>
    </w:p>
    <w:p>
      <w:r>
        <w:t>Explore the workbook and calculator:</w:t>
      </w:r>
    </w:p>
    <w:p>
      <w:r>
        <w:t>[YOUR_JVZOO_AFFILIATE_LINK]</w:t>
      </w:r>
    </w:p>
    <w:p>
      <w:r>
        <w:br w:type="page"/>
      </w:r>
    </w:p>
    <w:p>
      <w:pPr>
        <w:pStyle w:val="Heading2"/>
      </w:pPr>
      <w:r>
        <w:t>5 Weekly review</w:t>
      </w:r>
    </w:p>
    <w:p>
      <w:r>
        <w:rPr>
          <w:i/>
        </w:rPr>
        <w:t>Ad: I may earn a commission if you buy through my link.</w:t>
      </w:r>
    </w:p>
    <w:p>
      <w:r>
        <w:t>Three questions for your next freelance planning session:</w:t>
      </w:r>
    </w:p>
    <w:p>
      <w:r>
        <w:t>1. What work is already confirmed?</w:t>
      </w:r>
    </w:p>
    <w:p>
      <w:r>
        <w:t>2. How much time needs to stay available for operations and a buffer?</w:t>
      </w:r>
    </w:p>
    <w:p>
      <w:r>
        <w:t>3. What needs clarifying before you accept another deadline?</w:t>
      </w:r>
    </w:p>
    <w:p>
      <w:r>
        <w:t>The Freelancer Capacity and Project Pricing Toolkit brings these questions into a guided workbook, with a weekly review and a flexible 30-day implementation plan.</w:t>
      </w:r>
    </w:p>
    <w:p>
      <w:r>
        <w:t>See whether it fits how you work:</w:t>
      </w:r>
    </w:p>
    <w:p>
      <w:r>
        <w:t>[YOUR_JVZOO_AFFILIATE_LINK]</w:t>
      </w:r>
    </w:p>
    <w:p>
      <w:pPr>
        <w:pStyle w:val="Heading2"/>
      </w:pPr>
      <w:r>
        <w:t>6 Who it suits</w:t>
      </w:r>
    </w:p>
    <w:p>
      <w:r>
        <w:rPr>
          <w:i/>
        </w:rPr>
        <w:t>Ad: I may earn a commission if you buy through my link.</w:t>
      </w:r>
    </w:p>
    <w:p>
      <w:r>
        <w:t>For writers, designers, virtual assistants and other solo service providers who want to work through their own workload and quoting decisions: here's a toolkit to consider.</w:t>
      </w:r>
    </w:p>
    <w:p>
      <w:r>
        <w:t>The Freelancer Capacity and Project Pricing Toolkit combines guided PDF worksheets with an XLSX calculator. It's a digital planning resource for your own business, not a client-finding service or accounting system.</w:t>
      </w:r>
    </w:p>
    <w:p>
      <w:r>
        <w:t>Read what's included and see actual workbook previews:</w:t>
      </w:r>
    </w:p>
    <w:p>
      <w:r>
        <w:t>[YOUR_JVZOO_AFFILIATE_LINK]</w:t>
      </w:r>
    </w:p>
    <w:p>
      <w:r>
        <w:br w:type="page"/>
      </w:r>
    </w:p>
    <w:p>
      <w:pPr>
        <w:pStyle w:val="Heading1"/>
      </w:pPr>
      <w:r>
        <w:t>Email swipes</w:t>
      </w:r>
    </w:p>
    <w:p>
      <w:r>
        <w:t>Use an accurate sender name and reply address. Each draft needs the completed footer shown below.</w:t>
      </w:r>
    </w:p>
    <w:p>
      <w:pPr>
        <w:pStyle w:val="Heading2"/>
      </w:pPr>
      <w:r>
        <w:t>Email 1 Workload</w:t>
      </w:r>
    </w:p>
    <w:p>
      <w:pPr>
        <w:spacing w:after="80"/>
      </w:pPr>
      <w:r>
        <w:rPr>
          <w:sz w:val="20"/>
        </w:rPr>
        <w:t>Subject: Before you accept another freelance project</w:t>
      </w:r>
    </w:p>
    <w:p>
      <w:pPr>
        <w:spacing w:after="80"/>
      </w:pPr>
      <w:r>
        <w:rPr>
          <w:sz w:val="20"/>
        </w:rPr>
        <w:t>Alternative: A workbook for planning your freelance capacity</w:t>
      </w:r>
    </w:p>
    <w:p>
      <w:pPr>
        <w:spacing w:after="80"/>
      </w:pPr>
      <w:r>
        <w:rPr>
          <w:sz w:val="20"/>
        </w:rPr>
        <w:t>Preview: Review confirmed work, operations time and a buffer.</w:t>
      </w:r>
    </w:p>
    <w:p>
      <w:r>
        <w:t>Hi,</w:t>
      </w:r>
    </w:p>
    <w:p>
      <w:r>
        <w:rPr>
          <w:i/>
        </w:rPr>
        <w:t>Advertisement: I may earn a commission if you buy through the link in this email.</w:t>
      </w:r>
    </w:p>
    <w:p>
      <w:r>
        <w:t>Before committing to another deadline, it can help to put the existing workload on paper.</w:t>
      </w:r>
    </w:p>
    <w:p>
      <w:r>
        <w:t>What's already confirmed? How much time needs to go to operations? Where is the buffer if delivery takes longer than planned?</w:t>
      </w:r>
    </w:p>
    <w:p>
      <w:r>
        <w:t>The Freelancer Capacity and Project Pricing Toolkit is a guided workbook and XLSX calculator built around these decisions. You can work through a weekly limit, review project time and prepare a scoped quote using your own assumptions.</w:t>
      </w:r>
    </w:p>
    <w:p>
      <w:r>
        <w:t>The download includes a 32-page workbook in two paper sizes, the calculator and a short setup guide. A4 and US Letter are alternative layouts of the same content.</w:t>
      </w:r>
    </w:p>
    <w:p>
      <w:r>
        <w:t>See the contents and sample pages:</w:t>
      </w:r>
    </w:p>
    <w:p>
      <w:r>
        <w:t>[YOUR_JVZOO_AFFILIATE_LINK]</w:t>
      </w:r>
    </w:p>
    <w:p>
      <w:r>
        <w:t>[YOUR_NAME]</w:t>
      </w:r>
    </w:p>
    <w:p>
      <w:r>
        <w:t>[BUSINESS_NAME]</w:t>
      </w:r>
    </w:p>
    <w:p>
      <w:r>
        <w:t>[POSTAL_ADDRESS]</w:t>
      </w:r>
    </w:p>
    <w:p>
      <w:r>
        <w:t>Unsubscribe from marketing emails: [UNSUBSCRIBE_LINK]</w:t>
      </w:r>
    </w:p>
    <w:p>
      <w:r>
        <w:br w:type="page"/>
      </w:r>
    </w:p>
    <w:p>
      <w:pPr>
        <w:pStyle w:val="Heading2"/>
      </w:pPr>
      <w:r>
        <w:t>Email 2 Quoting</w:t>
      </w:r>
    </w:p>
    <w:p>
      <w:pPr>
        <w:spacing w:after="80"/>
      </w:pPr>
      <w:r>
        <w:rPr>
          <w:sz w:val="20"/>
        </w:rPr>
        <w:t>Subject: What if the project takes longer than planned?</w:t>
      </w:r>
    </w:p>
    <w:p>
      <w:pPr>
        <w:spacing w:after="80"/>
      </w:pPr>
      <w:r>
        <w:rPr>
          <w:sz w:val="20"/>
        </w:rPr>
        <w:t>Alternative: Review the assumptions behind your next quote</w:t>
      </w:r>
    </w:p>
    <w:p>
      <w:pPr>
        <w:spacing w:after="80"/>
      </w:pPr>
      <w:r>
        <w:rPr>
          <w:sz w:val="20"/>
        </w:rPr>
        <w:t>Preview: A planning resource for scope, project time and pricing scenarios.</w:t>
      </w:r>
    </w:p>
    <w:p>
      <w:r>
        <w:t>Hi,</w:t>
      </w:r>
    </w:p>
    <w:p>
      <w:r>
        <w:rPr>
          <w:i/>
        </w:rPr>
        <w:t>Advertisement: I may earn a commission if you buy through the link in this email.</w:t>
      </w:r>
    </w:p>
    <w:p>
      <w:r>
        <w:t>A project quote rests on assumptions: the scope, the hours, the revisions and the costs of delivering the work.</w:t>
      </w:r>
    </w:p>
    <w:p>
      <w:r>
        <w:t>The Freelancer Capacity and Project Pricing Toolkit gives you worksheets and a calculator for working through those assumptions. Its Quote tab lets you explore a proposed quote and the effect of slower delivery. The workbook also includes conversation starters for scope, feedback and timing changes.</w:t>
      </w:r>
    </w:p>
    <w:p>
      <w:r>
        <w:t>You make the decisions. No customer price is sent automatically, and the toolkit doesn't promise a particular income or client result.</w:t>
      </w:r>
    </w:p>
    <w:p>
      <w:r>
        <w:t>Review the toolkit here:</w:t>
      </w:r>
    </w:p>
    <w:p>
      <w:r>
        <w:t>[YOUR_JVZOO_AFFILIATE_LINK]</w:t>
      </w:r>
    </w:p>
    <w:p>
      <w:r>
        <w:t>[YOUR_NAME]</w:t>
      </w:r>
    </w:p>
    <w:p>
      <w:r>
        <w:t>[BUSINESS_NAME]</w:t>
      </w:r>
    </w:p>
    <w:p>
      <w:r>
        <w:t>[POSTAL_ADDRESS]</w:t>
      </w:r>
    </w:p>
    <w:p>
      <w:r>
        <w:t>Unsubscribe from marketing emails: [UNSUBSCRIBE_LINK]</w:t>
      </w:r>
    </w:p>
    <w:p>
      <w:r>
        <w:br w:type="page"/>
      </w:r>
    </w:p>
    <w:p>
      <w:pPr>
        <w:pStyle w:val="Heading2"/>
      </w:pPr>
      <w:r>
        <w:t>Email 3 Project Review</w:t>
      </w:r>
    </w:p>
    <w:p>
      <w:pPr>
        <w:spacing w:after="80"/>
      </w:pPr>
      <w:r>
        <w:rPr>
          <w:sz w:val="20"/>
        </w:rPr>
        <w:t>Subject: Include the meetings and revisions in your project review</w:t>
      </w:r>
    </w:p>
    <w:p>
      <w:pPr>
        <w:spacing w:after="80"/>
      </w:pPr>
      <w:r>
        <w:rPr>
          <w:sz w:val="20"/>
        </w:rPr>
        <w:t>Alternative: What went into your last freelance project?</w:t>
      </w:r>
    </w:p>
    <w:p>
      <w:pPr>
        <w:spacing w:after="80"/>
      </w:pPr>
      <w:r>
        <w:rPr>
          <w:sz w:val="20"/>
        </w:rPr>
        <w:t>Preview: Look at actual time alongside revenue and direct costs.</w:t>
      </w:r>
    </w:p>
    <w:p>
      <w:r>
        <w:t>Hi,</w:t>
      </w:r>
    </w:p>
    <w:p>
      <w:r>
        <w:rPr>
          <w:i/>
        </w:rPr>
        <w:t>Advertisement: I may earn a commission if you buy through the link in this email.</w:t>
      </w:r>
    </w:p>
    <w:p>
      <w:r>
        <w:t>When reviewing a completed project, include the work around the deliverable: meetings, messages and revisions.</w:t>
      </w:r>
    </w:p>
    <w:p>
      <w:r>
        <w:t>The Freelancer Capacity and Project Pricing Toolkit includes project-time records and a calculator for comparing revenue minus direct project costs, including contribution per actual hour.</w:t>
      </w:r>
    </w:p>
    <w:p>
      <w:r>
        <w:t>That contribution figure is before owner pay, general overhead, tax and financing. It's a planning measure, not your take-home pay or a complete accounting result.</w:t>
      </w:r>
    </w:p>
    <w:p>
      <w:r>
        <w:t>The workbook connects that review to capacity planning and future quote preparation. If that's a process you'd like to work through, you can see the contents here:</w:t>
      </w:r>
    </w:p>
    <w:p>
      <w:r>
        <w:t>[YOUR_JVZOO_AFFILIATE_LINK]</w:t>
      </w:r>
    </w:p>
    <w:p>
      <w:r>
        <w:t>[YOUR_NAME]</w:t>
      </w:r>
    </w:p>
    <w:p>
      <w:r>
        <w:t>[BUSINESS_NAME]</w:t>
      </w:r>
    </w:p>
    <w:p>
      <w:r>
        <w:t>[POSTAL_ADDRESS]</w:t>
      </w:r>
    </w:p>
    <w:p>
      <w:r>
        <w:t>Unsubscribe from marketing emails: [UNSUBSCRIBE_LINK]</w:t>
      </w:r>
    </w:p>
    <w:p>
      <w:r>
        <w:br w:type="page"/>
      </w:r>
    </w:p>
    <w:p>
      <w:pPr>
        <w:pStyle w:val="Heading2"/>
      </w:pPr>
      <w:r>
        <w:t>Email 4 Contents And Fit</w:t>
      </w:r>
    </w:p>
    <w:p>
      <w:pPr>
        <w:spacing w:after="80"/>
      </w:pPr>
      <w:r>
        <w:rPr>
          <w:sz w:val="20"/>
        </w:rPr>
        <w:t>Subject: Inside the Freelancer Capacity and Project Pricing Toolkit</w:t>
      </w:r>
    </w:p>
    <w:p>
      <w:pPr>
        <w:spacing w:after="80"/>
      </w:pPr>
      <w:r>
        <w:rPr>
          <w:sz w:val="20"/>
        </w:rPr>
        <w:t>Alternative: A practical workbook for your next freelance planning session</w:t>
      </w:r>
    </w:p>
    <w:p>
      <w:pPr>
        <w:spacing w:after="80"/>
      </w:pPr>
      <w:r>
        <w:rPr>
          <w:sz w:val="20"/>
        </w:rPr>
        <w:t>Preview: Guided PDFs, an XLSX calculator and a short setup guide.</w:t>
      </w:r>
    </w:p>
    <w:p>
      <w:r>
        <w:t>Hi,</w:t>
      </w:r>
    </w:p>
    <w:p>
      <w:r>
        <w:rPr>
          <w:i/>
        </w:rPr>
        <w:t>Advertisement: I may earn a commission if you buy through the link in this email.</w:t>
      </w:r>
    </w:p>
    <w:p>
      <w:r>
        <w:t>Here's what comes with the Freelancer Capacity and Project Pricing Toolkit:</w:t>
      </w:r>
    </w:p>
    <w:p>
      <w:pPr>
        <w:pStyle w:val="ListBullet"/>
      </w:pPr>
      <w:r>
        <w:t>A 32-page guided PDF with 10 lessons, worked examples and reusable decision pages</w:t>
      </w:r>
    </w:p>
    <w:p>
      <w:pPr>
        <w:pStyle w:val="ListBullet"/>
      </w:pPr>
      <w:r>
        <w:t>A4 and US Letter layouts of that same workbook, each with 48 fillable response fields</w:t>
      </w:r>
    </w:p>
    <w:p>
      <w:pPr>
        <w:pStyle w:val="ListBullet"/>
      </w:pPr>
      <w:r>
        <w:t>An XLSX calculator with Overview, Capacity, Projects and Quote tabs</w:t>
      </w:r>
    </w:p>
    <w:p>
      <w:pPr>
        <w:pStyle w:val="ListBullet"/>
      </w:pPr>
      <w:r>
        <w:t>A two-page Start Here PDF with setup instructions and first-open checks</w:t>
      </w:r>
    </w:p>
    <w:p>
      <w:r>
        <w:t>It's intended for personal and internal business planning by freelancers and other solo service providers. It includes a weekly review and a flexible 30-day implementation plan.</w:t>
      </w:r>
    </w:p>
    <w:p>
      <w:r>
        <w:t>You'll need a compatible PDF reader and spreadsheet software that opens and recalculates XLSX. Native Excel and Google Sheets have not been independently tested; the setup guide provides example totals to check in your application.</w:t>
      </w:r>
    </w:p>
    <w:p>
      <w:r>
        <w:t>View the full details and workbook previews:</w:t>
      </w:r>
    </w:p>
    <w:p>
      <w:r>
        <w:t>[YOUR_JVZOO_AFFILIATE_LINK]</w:t>
      </w:r>
    </w:p>
    <w:p>
      <w:r>
        <w:t>[YOUR_NAME]</w:t>
      </w:r>
    </w:p>
    <w:p>
      <w:r>
        <w:t>[BUSINESS_NAME]</w:t>
      </w:r>
    </w:p>
    <w:p>
      <w:r>
        <w:t>[POSTAL_ADDRESS]</w:t>
      </w:r>
    </w:p>
    <w:p>
      <w:r>
        <w:t>Unsubscribe from marketing emails: [UNSUBSCRIBE_LINK]</w:t>
      </w:r>
    </w:p>
    <w:p>
      <w:r>
        <w:br w:type="page"/>
      </w:r>
    </w:p>
    <w:p>
      <w:pPr>
        <w:pStyle w:val="Heading1"/>
      </w:pPr>
      <w:r>
        <w:t>Short social posts</w:t>
      </w:r>
    </w:p>
    <w:p>
      <w:r>
        <w:t>Check the final character count after inserting your link. Keep the disclosure visible.</w:t>
      </w:r>
    </w:p>
    <w:p>
      <w:r>
        <w:t>1. Ad: I may earn a commission. Before accepting another deadline, review the work already booked. Explore the Freelancer Capacity and Project Pricing Toolkit: [YOUR_JVZOO_AFFILIATE_LINK]</w:t>
      </w:r>
    </w:p>
    <w:p>
      <w:r>
        <w:t>2. Ad: I may earn a commission. Work through the assumptions behind your next freelance quote with a guided workbook and calculator. Toolkit details: [YOUR_JVZOO_AFFILIATE_LINK]</w:t>
      </w:r>
    </w:p>
    <w:p>
      <w:r>
        <w:t>3. Ad: I may earn a commission. Meetings, messages and revisions count as project time too. Explore this freelance planning workbook and calculator: [YOUR_JVZOO_AFFILIATE_LINK]</w:t>
      </w:r>
    </w:p>
    <w:p>
      <w:r>
        <w:t>4. Ad: I may earn a commission. A 32-page workbook, XLSX calculator and setup guide for freelance workload and quoting decisions. See the toolkit: [YOUR_JVZOO_AFFILIATE_LINK]</w:t>
      </w:r>
    </w:p>
    <w:p>
      <w:r>
        <w:t>5. Ad: I may earn a commission. Planning next week's client work? Explore a toolkit with capacity worksheets and a repeatable weekly review: [YOUR_JVZOO_AFFILIATE_LINK]</w:t>
      </w:r>
    </w:p>
    <w:p>
      <w:r>
        <w:t>6. Ad: I may earn a commission. Review scope, time and project costs before your next freelance quote. See the workbook previews and toolkit details: [YOUR_JVZOO_AFFILIATE_LINK]</w:t>
      </w:r>
    </w:p>
    <w:p>
      <w:pPr>
        <w:pStyle w:val="Heading1"/>
      </w:pPr>
      <w:r>
        <w:t>Optional graphic copy</w:t>
      </w:r>
    </w:p>
    <w:p>
      <w:r>
        <w:t>Pair these with authorised screenshots or product mockups that accurately show the files. If the image itself carries an endorsement, put a readable disclosure on the image too.</w:t>
      </w:r>
    </w:p>
    <w:p>
      <w:r>
        <w:t>A. Headline: Before the next deadline</w:t>
      </w:r>
    </w:p>
    <w:p>
      <w:r>
        <w:t xml:space="preserve">   Supporting line: Review your confirmed workload and available time.</w:t>
      </w:r>
    </w:p>
    <w:p>
      <w:r>
        <w:t>B. Headline: Work through your next quote</w:t>
      </w:r>
    </w:p>
    <w:p>
      <w:r>
        <w:t xml:space="preserve">   Supporting line: Scope, time and project-cost planning for freelancers.</w:t>
      </w:r>
    </w:p>
    <w:p>
      <w:r>
        <w:t>C. Headline: Plan. Record. Review.</w:t>
      </w:r>
    </w:p>
    <w:p>
      <w:r>
        <w:t xml:space="preserve">   Supporting line: Guided worksheets and an XLSX calculator.</w:t>
      </w:r>
    </w:p>
    <w:p>
      <w:r>
        <w:br w:type="page"/>
      </w:r>
    </w:p>
    <w:p>
      <w:pPr>
        <w:pStyle w:val="Heading1"/>
      </w:pPr>
      <w:r>
        <w:t>Affiliate checklist</w:t>
      </w:r>
    </w:p>
    <w:p>
      <w:pPr>
        <w:pStyle w:val="ListBullet"/>
      </w:pPr>
      <w:r>
        <w:t>Confirm product approval, purchase availability and your own approval before promoting. Review the seller's current promotion terms and permitted channels. JVZoo's agreement requires seller-approved, substantiated claims and prohibits spam, deceptive marketing and tracking interference. It does not make affiliate earnings or buyer-response guarantees. [2]</w:t>
      </w:r>
    </w:p>
    <w:p>
      <w:pPr>
        <w:pStyle w:val="ListBullet"/>
      </w:pPr>
      <w:r>
        <w:t>Keep a plain-language commission disclosure near the recommendation and link, visible without expanding a post. A profile-only disclosure is insufficient. If you received a free review copy, disclose that too. Never suggest personal experience you do not have. For video, include disclosure in the video itself, with audio and visible text where practical. [3]</w:t>
      </w:r>
    </w:p>
    <w:p>
      <w:pPr>
        <w:pStyle w:val="ListBullet"/>
      </w:pPr>
      <w:r>
        <w:t>Use truthful email headers and subjects, identify promotional email, include your valid postal address and a working opt-out, and honour opt-outs promptly. Under the US CAN-SPAM guidance, process opt-outs within 10 business days and keep the mechanism working for at least 30 days. Other countries' requirements may also apply. [4]</w:t>
      </w:r>
    </w:p>
    <w:p>
      <w:pPr>
        <w:pStyle w:val="ListBullet"/>
      </w:pPr>
      <w:r>
        <w:t>Don't call the product JVZoo-approved, JVZoo-endorsed or an official JVZoo training product. The sales page expressly distinguishes the platform's retail role from endorsement. [1]</w:t>
      </w:r>
    </w:p>
    <w:p>
      <w:pPr>
        <w:pStyle w:val="ListBullet"/>
      </w:pPr>
      <w:r>
        <w:t>Do not describe the two workbook layouts as 64 unique pages. Do not imply native Excel or Google Sheets testing, automatic invoicing, client acquisition, unlimited calculator rows, PLR/MRR or resale rights. These claims are inconsistent with the sales page. [1]</w:t>
      </w:r>
    </w:p>
    <w:p>
      <w:pPr>
        <w:pStyle w:val="ListBullet"/>
      </w:pPr>
      <w:r>
        <w:t>Do not add guaranteed savings, income, profit, client wins, invented testimonials, countdowns or fake scarcity. The examples in the workbook are fictional, not buyer results. [1]</w:t>
      </w:r>
    </w:p>
    <w:p>
      <w:pPr>
        <w:pStyle w:val="ListBullet"/>
      </w:pPr>
      <w:r>
        <w:t>This checklist is a practical starting point, not individual legal advice or a guarantee of compliance.</w:t>
      </w:r>
    </w:p>
    <w:p>
      <w:pPr>
        <w:pStyle w:val="Heading1"/>
      </w:pPr>
      <w:r>
        <w:t>Fact check notes for Mark</w:t>
      </w:r>
    </w:p>
    <w:p>
      <w:r>
        <w:t>Checked against the live sales page on 3 November 2026. Offered by Affiliate Reviews 4U as a Hustle Launch Studio resource. The page discloses AI-assisted drafting and production. Digital download only, no subscription included. Personal/internal business use; blank-file redistribution, sublicensing, PLR and MRR excluded. The calculator supports 20 completed-project rows and 20 confirmed-workload rows per file. All copy above is based on advertised contents, not independent testing of the files. Price, refund terms, commission percentage, payout timing, launch dates and bonuses are intentionally omitted pending current seller/checkout verification.</w:t>
      </w:r>
    </w:p>
    <w:p>
      <w:r>
        <w:br w:type="page"/>
      </w:r>
    </w:p>
    <w:p>
      <w:pPr>
        <w:pStyle w:val="Heading1"/>
      </w:pPr>
      <w:r>
        <w:t>Primary sources</w:t>
      </w:r>
    </w:p>
    <w:p>
      <w:r>
        <w:t>[1] Product contents, limits, formats, licensing and pending-review status:</w:t>
      </w:r>
    </w:p>
    <w:p>
      <w:r>
        <w:t>https://affiliatereviews4u.com/freelancer-capacity-and-project-pricing-toolkit-jvzoo-edition/</w:t>
      </w:r>
    </w:p>
    <w:p>
      <w:r>
        <w:t>[2] JVZoo Affiliate Agreement, especially sections 2, 5, 10 and 13:</w:t>
      </w:r>
    </w:p>
    <w:p>
      <w:r>
        <w:t>https://www.jvzoo.com/affiliateagreement</w:t>
      </w:r>
    </w:p>
    <w:p>
      <w:r>
        <w:t>[3] FTC, Disclosures 101 for Social Media Influencers:</w:t>
      </w:r>
    </w:p>
    <w:p>
      <w:r>
        <w:t>https://www.ftc.gov/business-guidance/resources/disclosures-101-social-media-influencers</w:t>
      </w:r>
    </w:p>
    <w:p>
      <w:r>
        <w:t>[4] FTC, CAN-SPAM Act: A Compliance Guide for Business:</w:t>
      </w:r>
    </w:p>
    <w:p>
      <w:r>
        <w:t>https://www.ftc.gov/business-guidance/resources/can-spam-act-compliance-guide-business</w:t>
      </w:r>
    </w:p>
    <w:p>
      <w:r>
        <w:br w:type="page"/>
      </w:r>
    </w:p>
    <w:p>
      <w:pPr>
        <w:pStyle w:val="Heading1"/>
      </w:pPr>
      <w:r>
        <w:t>Pinterest creative assets</w:t>
      </w:r>
    </w:p>
    <w:p>
      <w:r>
        <w:t>STATUS: Prepared assets only. Do not promote until the vendor confirms JVZoo compliance clearance and affiliates have an approved, working tracked link. The product page stated compliance review was pending when checked on 3 November 2026.</w:t>
      </w:r>
    </w:p>
    <w:p>
      <w:pPr>
        <w:pStyle w:val="Heading2"/>
      </w:pPr>
      <w:r>
        <w:t>Affiliate setup</w:t>
      </w:r>
    </w:p>
    <w:p>
      <w:r>
        <w:t>Replace [YOUR_JVZOO_AFFILIATE_LINK] in each Pin's destination URL field with your own approved tracked link. Do not publish the placeholder. Keep the opening commission disclosure visible in the description. These images are original promotional illustrations, not screenshots or previews of the toolkit. Do not imply that illustrated stationery is included: the product is a digital download. No earnings or client results are promised. Nothing has been published or scheduled.</w:t>
      </w:r>
    </w:p>
    <w:p>
      <w:pPr>
        <w:pStyle w:val="Heading2"/>
      </w:pPr>
      <w:r>
        <w:t>Pin 1 Capacity</w:t>
      </w:r>
    </w:p>
    <w:p>
      <w:r>
        <w:t>Image: pinterest-01-capacity.png (1024 x 1536 PNG)</w:t>
      </w:r>
    </w:p>
    <w:p>
      <w:r>
        <w:t>Title: Freelance Capacity Planning: Before You Say Yes</w:t>
      </w:r>
    </w:p>
    <w:p>
      <w:r>
        <w:t>Description: Affiliate disclosure: I may earn a commission if you buy through my link. Before accepting another deadline, review your working hours, operations time and buffer. Explore the Freelancer Capacity and Project Pricing Toolkit, a digital planning workbook and calculator for solo service providers. Check the product details to see whether it fits your workflow.</w:t>
      </w:r>
    </w:p>
    <w:p>
      <w:r>
        <w:t>Destination URL: [YOUR_JVZOO_AFFILIATE_LINK]</w:t>
      </w:r>
    </w:p>
    <w:p>
      <w:r>
        <w:t>Alt text: Cream and forest-green graphic reading “Before you say yes, check your capacity.” An illustrated calendar, clock, plant and pencil sit below. Text names the Freelancer Capacity and Project Pricing Toolkit, says “Explore the toolkit” and includes “Affiliate promotion.”</w:t>
      </w:r>
    </w:p>
    <w:p>
      <w:r>
        <w:br w:type="page"/>
      </w:r>
    </w:p>
    <w:p>
      <w:pPr>
        <w:pStyle w:val="Heading2"/>
      </w:pPr>
      <w:r>
        <w:t>Pin 2 Project Pricing</w:t>
      </w:r>
    </w:p>
    <w:p>
      <w:r>
        <w:t>Image: pinterest-02-project-pricing.png (1024 x 1536 PNG)</w:t>
      </w:r>
    </w:p>
    <w:p>
      <w:r>
        <w:t>Title: Freelance Project Pricing: Scope, Time and Direct Costs</w:t>
      </w:r>
    </w:p>
    <w:p>
      <w:r>
        <w:t>Description: Affiliate disclosure: I may earn a commission if you buy through my link. What goes into your next quote? Work through scope, estimated time and direct project costs with the Freelancer Capacity and Project Pricing Toolkit. This digital workbook and calculator includes quote-planning scenarios to help you examine your own assumptions. Explore the details before you buy.</w:t>
      </w:r>
    </w:p>
    <w:p>
      <w:r>
        <w:t>Destination URL: [YOUR_JVZOO_AFFILIATE_LINK]</w:t>
      </w:r>
    </w:p>
    <w:p>
      <w:r>
        <w:t>Alt text: Navy, coral and turquoise graphic reading “What belongs in your next quote?” and “Scope. Time. Direct costs.” A blank calculator and notepad with a pencil appear beneath. The footer names the Freelancer Capacity and Project Pricing Toolkit, with “Explore the toolkit” and “Affiliate promotion.”</w:t>
      </w:r>
    </w:p>
    <w:p>
      <w:r>
        <w:br w:type="page"/>
      </w:r>
    </w:p>
    <w:p>
      <w:pPr>
        <w:pStyle w:val="Heading2"/>
      </w:pPr>
      <w:r>
        <w:t>Pin 3 Weekly Review</w:t>
      </w:r>
    </w:p>
    <w:p>
      <w:r>
        <w:t>Image: pinterest-03-weekly-review.png (1024 x 1536 PNG)</w:t>
      </w:r>
    </w:p>
    <w:p>
      <w:r>
        <w:t>Title: A Weekly Review for Freelance Workload and Project Time</w:t>
      </w:r>
    </w:p>
    <w:p>
      <w:r>
        <w:t>Description: Affiliate disclosure: I may earn a commission if you buy through my link. Make space to review your workload and actual project time before planning the week ahead. The Freelancer Capacity and Project Pricing Toolkit includes a repeatable weekly review alongside guided planning lessons and an XLSX calculator. A digital resource for independent service providers. Explore what is included.</w:t>
      </w:r>
    </w:p>
    <w:p>
      <w:r>
        <w:t>Destination URL: [YOUR_JVZOO_AFFILIATE_LINK]</w:t>
      </w:r>
    </w:p>
    <w:p>
      <w:r>
        <w:t>Alt text: Lavender, plum and yellow graphic reading “Make time to review your week” and “Workload. Project time. Your next quote.” An illustrated checklist and clock fill the centre. The footer names the Freelancer Capacity and Project Pricing Toolkit, with “Explore the toolkit” and “Affiliate promotion.”</w:t>
      </w:r>
    </w:p>
    <w:p>
      <w:pPr>
        <w:pStyle w:val="Heading2"/>
      </w:pPr>
      <w:r>
        <w:t>Fact check</w:t>
      </w:r>
    </w:p>
    <w:p>
      <w:r>
        <w:t>Source: https://affiliatereviews4u.com/freelancer-capacity-and-project-pricing-toolkit-jvzoo-edition/</w:t>
      </w:r>
    </w:p>
    <w:p>
      <w:r>
        <w:t>Checked: 3 November 2026.</w:t>
      </w:r>
    </w:p>
    <w:p>
      <w:r>
        <w:t>Confirmed: Digital guided workbook, XLSX calculator, workload planning, project-time records, scoped quote scenarios and repeatable weekly review. The resource does not guarantee earnings or client outcomes. Compatibility with native Excel and Google Sheets was not independently tested, so no such claim is included here. Product availability and approval must be rechecked before promotion.</w:t>
      </w:r>
    </w:p>
    <w:p>
      <w:r>
        <w:br w:type="page"/>
      </w:r>
    </w:p>
    <w:p>
      <w:pPr>
        <w:pStyle w:val="Heading2"/>
      </w:pPr>
      <w:r>
        <w:t>Pinterest 01 Capacity</w:t>
      </w:r>
    </w:p>
    <w:p>
      <w:r>
        <w:drawing>
          <wp:inline xmlns:a="http://schemas.openxmlformats.org/drawingml/2006/main" xmlns:pic="http://schemas.openxmlformats.org/drawingml/2006/picture">
            <wp:extent cx="4572000" cy="6858000"/>
            <wp:docPr id="1" name="Picture 1"/>
            <wp:cNvGraphicFramePr>
              <a:graphicFrameLocks noChangeAspect="1"/>
            </wp:cNvGraphicFramePr>
            <a:graphic>
              <a:graphicData uri="http://schemas.openxmlformats.org/drawingml/2006/picture">
                <pic:pic>
                  <pic:nvPicPr>
                    <pic:cNvPr id="0" name="pinterest-01-capacity.png"/>
                    <pic:cNvPicPr/>
                  </pic:nvPicPr>
                  <pic:blipFill>
                    <a:blip r:embed="rId10"/>
                    <a:stretch>
                      <a:fillRect/>
                    </a:stretch>
                  </pic:blipFill>
                  <pic:spPr>
                    <a:xfrm>
                      <a:off x="0" y="0"/>
                      <a:ext cx="4572000" cy="6858000"/>
                    </a:xfrm>
                    <a:prstGeom prst="rect"/>
                  </pic:spPr>
                </pic:pic>
              </a:graphicData>
            </a:graphic>
          </wp:inline>
        </w:drawing>
      </w:r>
    </w:p>
    <w:p>
      <w:r>
        <w:rPr>
          <w:sz w:val="18"/>
        </w:rPr>
        <w:t>Draft creative. Hold promotion pending compliance confirmation. Use only with your approved tracked affiliate link.</w:t>
      </w:r>
    </w:p>
    <w:p>
      <w:r>
        <w:br w:type="page"/>
      </w:r>
    </w:p>
    <w:p>
      <w:pPr>
        <w:pStyle w:val="Heading2"/>
      </w:pPr>
      <w:r>
        <w:t>Pinterest 02 Project Pricing</w:t>
      </w:r>
    </w:p>
    <w:p>
      <w:r>
        <w:drawing>
          <wp:inline xmlns:a="http://schemas.openxmlformats.org/drawingml/2006/main" xmlns:pic="http://schemas.openxmlformats.org/drawingml/2006/picture">
            <wp:extent cx="4572000" cy="6858000"/>
            <wp:docPr id="2" name="Picture 2"/>
            <wp:cNvGraphicFramePr>
              <a:graphicFrameLocks noChangeAspect="1"/>
            </wp:cNvGraphicFramePr>
            <a:graphic>
              <a:graphicData uri="http://schemas.openxmlformats.org/drawingml/2006/picture">
                <pic:pic>
                  <pic:nvPicPr>
                    <pic:cNvPr id="0" name="pinterest-02-project-pricing.png"/>
                    <pic:cNvPicPr/>
                  </pic:nvPicPr>
                  <pic:blipFill>
                    <a:blip r:embed="rId11"/>
                    <a:stretch>
                      <a:fillRect/>
                    </a:stretch>
                  </pic:blipFill>
                  <pic:spPr>
                    <a:xfrm>
                      <a:off x="0" y="0"/>
                      <a:ext cx="4572000" cy="6858000"/>
                    </a:xfrm>
                    <a:prstGeom prst="rect"/>
                  </pic:spPr>
                </pic:pic>
              </a:graphicData>
            </a:graphic>
          </wp:inline>
        </w:drawing>
      </w:r>
    </w:p>
    <w:p>
      <w:r>
        <w:rPr>
          <w:sz w:val="18"/>
        </w:rPr>
        <w:t>Draft creative. Hold promotion pending compliance confirmation. Use only with your approved tracked affiliate link.</w:t>
      </w:r>
    </w:p>
    <w:p>
      <w:r>
        <w:br w:type="page"/>
      </w:r>
    </w:p>
    <w:p>
      <w:pPr>
        <w:pStyle w:val="Heading2"/>
      </w:pPr>
      <w:r>
        <w:t>Pinterest 03 Weekly Review</w:t>
      </w:r>
    </w:p>
    <w:p>
      <w:r>
        <w:drawing>
          <wp:inline xmlns:a="http://schemas.openxmlformats.org/drawingml/2006/main" xmlns:pic="http://schemas.openxmlformats.org/drawingml/2006/picture">
            <wp:extent cx="4572000" cy="6858000"/>
            <wp:docPr id="3" name="Picture 3"/>
            <wp:cNvGraphicFramePr>
              <a:graphicFrameLocks noChangeAspect="1"/>
            </wp:cNvGraphicFramePr>
            <a:graphic>
              <a:graphicData uri="http://schemas.openxmlformats.org/drawingml/2006/picture">
                <pic:pic>
                  <pic:nvPicPr>
                    <pic:cNvPr id="0" name="pinterest-03-weekly-review.png"/>
                    <pic:cNvPicPr/>
                  </pic:nvPicPr>
                  <pic:blipFill>
                    <a:blip r:embed="rId12"/>
                    <a:stretch>
                      <a:fillRect/>
                    </a:stretch>
                  </pic:blipFill>
                  <pic:spPr>
                    <a:xfrm>
                      <a:off x="0" y="0"/>
                      <a:ext cx="4572000" cy="6858000"/>
                    </a:xfrm>
                    <a:prstGeom prst="rect"/>
                  </pic:spPr>
                </pic:pic>
              </a:graphicData>
            </a:graphic>
          </wp:inline>
        </w:drawing>
      </w:r>
    </w:p>
    <w:p>
      <w:r>
        <w:rPr>
          <w:sz w:val="18"/>
        </w:rPr>
        <w:t>Draft creative. Hold promotion pending compliance confirmation. Use only with your approved tracked affiliate link.</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Affiliate promotional pack  |  Draft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